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D356" w14:textId="5F034BA1" w:rsidR="001F28D3" w:rsidRDefault="00065B9F" w:rsidP="00FA1AE1">
      <w:pPr>
        <w:jc w:val="center"/>
      </w:pPr>
      <w:r>
        <w:rPr>
          <w:noProof/>
        </w:rPr>
        <w:drawing>
          <wp:inline distT="0" distB="0" distL="0" distR="0" wp14:anchorId="1C794984" wp14:editId="5D167156">
            <wp:extent cx="3429479" cy="1371791"/>
            <wp:effectExtent l="0" t="0" r="0" b="0"/>
            <wp:docPr id="1777950113" name="Picture 1" descr="SVSU Center for Excellence in Teaching and Lear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950113" name="Picture 1" descr="SVSU Center for Excellence in Teaching and Learn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29479" cy="1371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84CB7" w14:textId="2C4F2E17" w:rsidR="001F28D3" w:rsidRDefault="00682C61" w:rsidP="00FA1AE1">
      <w:pPr>
        <w:pStyle w:val="Heading1"/>
        <w:spacing w:before="0" w:after="360"/>
      </w:pPr>
      <w:r>
        <w:t>Adjunct Faculty</w:t>
      </w:r>
      <w:r w:rsidR="00575652">
        <w:t xml:space="preserve"> Professional</w:t>
      </w:r>
      <w:r>
        <w:t xml:space="preserve"> Development Funding</w:t>
      </w:r>
    </w:p>
    <w:p w14:paraId="54F3D3A2" w14:textId="77777777" w:rsidR="001F28D3" w:rsidRPr="00AD3BAA" w:rsidRDefault="00682C61" w:rsidP="00AD3BAA">
      <w:pPr>
        <w:pStyle w:val="Heading2"/>
      </w:pPr>
      <w:r w:rsidRPr="00AD3BAA">
        <w:t>Purpose:</w:t>
      </w:r>
    </w:p>
    <w:p w14:paraId="5D5C66E4" w14:textId="35EDAA66" w:rsidR="00C46CD2" w:rsidRDefault="00C46CD2" w:rsidP="00C46CD2">
      <w:r>
        <w:t>The purpose of the Adjunct Faculty Professional Development Fund is to provide funding for the professional development of SVSU Adjunct Faculty</w:t>
      </w:r>
      <w:r w:rsidR="00EA52E1">
        <w:t xml:space="preserve"> in their teaching</w:t>
      </w:r>
      <w:r w:rsidR="00575652">
        <w:t xml:space="preserve"> roles</w:t>
      </w:r>
      <w:r>
        <w:t>. This funding is limited to the following areas:</w:t>
      </w:r>
    </w:p>
    <w:p w14:paraId="3CE43416" w14:textId="77777777" w:rsidR="00C46CD2" w:rsidRDefault="00C46CD2" w:rsidP="00A16CBD">
      <w:pPr>
        <w:spacing w:after="120" w:line="240" w:lineRule="auto"/>
      </w:pPr>
      <w:r>
        <w:t>1. Specialized Training</w:t>
      </w:r>
    </w:p>
    <w:p w14:paraId="19AF021E" w14:textId="536EA412" w:rsidR="00C46CD2" w:rsidRDefault="00C46CD2" w:rsidP="00A16CBD">
      <w:pPr>
        <w:spacing w:after="120" w:line="240" w:lineRule="auto"/>
      </w:pPr>
      <w:r>
        <w:t>2. Discipline Specific Conference P</w:t>
      </w:r>
      <w:r w:rsidR="00D768C7">
        <w:t>resentation</w:t>
      </w:r>
    </w:p>
    <w:p w14:paraId="69F0EF5E" w14:textId="77777777" w:rsidR="00C46CD2" w:rsidRDefault="00C46CD2" w:rsidP="00A16CBD">
      <w:pPr>
        <w:spacing w:after="120" w:line="240" w:lineRule="auto"/>
      </w:pPr>
      <w:r>
        <w:t>3. Discipline Specific Conference Attendance</w:t>
      </w:r>
    </w:p>
    <w:p w14:paraId="5B1BEB5F" w14:textId="16D4551F" w:rsidR="00C46CD2" w:rsidRDefault="00C46CD2" w:rsidP="00A16CBD">
      <w:pPr>
        <w:spacing w:after="120" w:line="240" w:lineRule="auto"/>
      </w:pPr>
      <w:r>
        <w:t>4. Teaching and Learning Conference P</w:t>
      </w:r>
      <w:r w:rsidR="00D768C7">
        <w:t>resentation</w:t>
      </w:r>
    </w:p>
    <w:p w14:paraId="1EACB6B0" w14:textId="3837BE37" w:rsidR="001F28D3" w:rsidRDefault="00C46CD2" w:rsidP="00A16CBD">
      <w:pPr>
        <w:spacing w:after="360" w:line="240" w:lineRule="auto"/>
      </w:pPr>
      <w:r>
        <w:t>5. Teaching and Learning Conference Attendance</w:t>
      </w:r>
    </w:p>
    <w:p w14:paraId="68A62CC0" w14:textId="43CB9762" w:rsidR="00C46CD2" w:rsidRPr="00AD3BAA" w:rsidRDefault="00BE7FAA" w:rsidP="00AD3BAA">
      <w:pPr>
        <w:pStyle w:val="Heading2"/>
      </w:pPr>
      <w:r w:rsidRPr="00AD3BAA">
        <w:t>Application and Funding Process</w:t>
      </w:r>
    </w:p>
    <w:p w14:paraId="50AC2339" w14:textId="1EBB2436" w:rsidR="00C46CD2" w:rsidRDefault="00C46CD2">
      <w:r>
        <w:t>The application consists of two pieces, both of which must be submitted before the applicant receives the funds.</w:t>
      </w:r>
      <w:r w:rsidR="007E35A8">
        <w:t xml:space="preserve">  Both pieces are found in this document.</w:t>
      </w:r>
    </w:p>
    <w:p w14:paraId="6D0483FF" w14:textId="606D2832" w:rsidR="009C3DF6" w:rsidRDefault="009C3DF6">
      <w:r>
        <w:t xml:space="preserve">Fill in and submit the application piece </w:t>
      </w:r>
      <w:r w:rsidRPr="009C3DF6">
        <w:rPr>
          <w:b/>
          <w:bCs/>
        </w:rPr>
        <w:t>before</w:t>
      </w:r>
      <w:r>
        <w:t xml:space="preserve"> the event.  Then complete and submit the report section </w:t>
      </w:r>
      <w:r w:rsidRPr="009C3DF6">
        <w:rPr>
          <w:b/>
          <w:bCs/>
        </w:rPr>
        <w:t>within 30 days</w:t>
      </w:r>
      <w:r>
        <w:t xml:space="preserve"> of the event’s completion.</w:t>
      </w:r>
    </w:p>
    <w:p w14:paraId="6A6C40B9" w14:textId="35F14DAA" w:rsidR="00575652" w:rsidRDefault="00C46CD2" w:rsidP="00575652">
      <w:pPr>
        <w:pStyle w:val="ListParagraph"/>
        <w:numPr>
          <w:ilvl w:val="0"/>
          <w:numId w:val="10"/>
        </w:numPr>
      </w:pPr>
      <w:r>
        <w:t>Application</w:t>
      </w:r>
    </w:p>
    <w:p w14:paraId="47F25D3E" w14:textId="200FE1B4" w:rsidR="00575652" w:rsidRDefault="00575652" w:rsidP="00995DF1">
      <w:pPr>
        <w:pStyle w:val="ListParagraph"/>
        <w:numPr>
          <w:ilvl w:val="0"/>
          <w:numId w:val="13"/>
        </w:numPr>
      </w:pPr>
      <w:r>
        <w:t>The application must be submitted and approved before the professional development activity occurs.</w:t>
      </w:r>
    </w:p>
    <w:p w14:paraId="74ABD6D5" w14:textId="2CFFF4D6" w:rsidR="00995DF1" w:rsidRDefault="00995DF1" w:rsidP="00995DF1">
      <w:pPr>
        <w:pStyle w:val="ListParagraph"/>
        <w:numPr>
          <w:ilvl w:val="0"/>
          <w:numId w:val="13"/>
        </w:numPr>
      </w:pPr>
      <w:r>
        <w:t>Proof of conference or training registration or conference participation acceptance</w:t>
      </w:r>
      <w:r w:rsidR="000F2C7B">
        <w:t xml:space="preserve"> and a link to the event are required.</w:t>
      </w:r>
    </w:p>
    <w:p w14:paraId="564FF42F" w14:textId="70B05E54" w:rsidR="00994761" w:rsidRDefault="00C46CD2" w:rsidP="00995DF1">
      <w:pPr>
        <w:pStyle w:val="ListParagraph"/>
        <w:numPr>
          <w:ilvl w:val="0"/>
          <w:numId w:val="13"/>
        </w:numPr>
      </w:pPr>
      <w:r>
        <w:t xml:space="preserve">The application </w:t>
      </w:r>
      <w:r w:rsidR="00C354BF">
        <w:t>should</w:t>
      </w:r>
    </w:p>
    <w:p w14:paraId="2887F654" w14:textId="0B99E95F" w:rsidR="00C46CD2" w:rsidRDefault="00995DF1" w:rsidP="00994761">
      <w:pPr>
        <w:pStyle w:val="ListParagraph"/>
        <w:numPr>
          <w:ilvl w:val="1"/>
          <w:numId w:val="10"/>
        </w:numPr>
      </w:pPr>
      <w:proofErr w:type="gramStart"/>
      <w:r>
        <w:t>describe</w:t>
      </w:r>
      <w:proofErr w:type="gramEnd"/>
      <w:r>
        <w:t xml:space="preserve"> the proposed training </w:t>
      </w:r>
      <w:proofErr w:type="gramStart"/>
      <w:r>
        <w:t>or conference</w:t>
      </w:r>
      <w:proofErr w:type="gramEnd"/>
      <w:r w:rsidR="00994761">
        <w:t>.</w:t>
      </w:r>
    </w:p>
    <w:p w14:paraId="5C4FC10B" w14:textId="66672171" w:rsidR="00994761" w:rsidRDefault="00B170CA" w:rsidP="00994761">
      <w:pPr>
        <w:pStyle w:val="ListParagraph"/>
        <w:numPr>
          <w:ilvl w:val="1"/>
          <w:numId w:val="10"/>
        </w:numPr>
      </w:pPr>
      <w:r w:rsidRPr="00B170CA">
        <w:t>explain how the conference, presentation, or training will enhance your teaching skills and instructional practices</w:t>
      </w:r>
      <w:r w:rsidR="00A16CBD">
        <w:t>.</w:t>
      </w:r>
    </w:p>
    <w:p w14:paraId="03796574" w14:textId="5E8BD73E" w:rsidR="00C46CD2" w:rsidRDefault="00C46CD2" w:rsidP="00C46CD2">
      <w:pPr>
        <w:pStyle w:val="ListParagraph"/>
        <w:numPr>
          <w:ilvl w:val="0"/>
          <w:numId w:val="10"/>
        </w:numPr>
      </w:pPr>
      <w:r>
        <w:t>Report</w:t>
      </w:r>
    </w:p>
    <w:p w14:paraId="4B63E176" w14:textId="1D78C067" w:rsidR="00575652" w:rsidRDefault="00575652" w:rsidP="00995DF1">
      <w:pPr>
        <w:pStyle w:val="ListParagraph"/>
        <w:numPr>
          <w:ilvl w:val="0"/>
          <w:numId w:val="14"/>
        </w:numPr>
      </w:pPr>
      <w:r>
        <w:t xml:space="preserve">The report </w:t>
      </w:r>
      <w:r w:rsidR="00C354BF">
        <w:t>should</w:t>
      </w:r>
      <w:r>
        <w:t xml:space="preserve"> be submitted </w:t>
      </w:r>
      <w:r w:rsidR="00995DF1">
        <w:t>within 30</w:t>
      </w:r>
      <w:r w:rsidR="00ED1BDF">
        <w:t xml:space="preserve"> </w:t>
      </w:r>
      <w:r w:rsidR="00995DF1">
        <w:t>days</w:t>
      </w:r>
      <w:r>
        <w:t xml:space="preserve"> </w:t>
      </w:r>
      <w:r w:rsidR="00B80653">
        <w:t>of the event’s completion</w:t>
      </w:r>
      <w:r>
        <w:t>.</w:t>
      </w:r>
    </w:p>
    <w:p w14:paraId="4FD789FF" w14:textId="15A449C5" w:rsidR="00A16CBD" w:rsidRDefault="00A16CBD" w:rsidP="00B170CA">
      <w:pPr>
        <w:pStyle w:val="ListParagraph"/>
        <w:numPr>
          <w:ilvl w:val="0"/>
          <w:numId w:val="14"/>
        </w:numPr>
      </w:pPr>
      <w:r>
        <w:t xml:space="preserve">The report </w:t>
      </w:r>
      <w:r w:rsidR="00C354BF">
        <w:t>should</w:t>
      </w:r>
      <w:r>
        <w:t xml:space="preserve"> summarize the activity, describing </w:t>
      </w:r>
      <w:r w:rsidR="00995DF1">
        <w:t xml:space="preserve">how your participation </w:t>
      </w:r>
      <w:r w:rsidR="00B170CA">
        <w:t xml:space="preserve">enhanced </w:t>
      </w:r>
      <w:r w:rsidR="00B170CA" w:rsidRPr="00B170CA">
        <w:t>your teaching skills and instructional practices</w:t>
      </w:r>
      <w:r w:rsidR="00B170CA">
        <w:t>.</w:t>
      </w:r>
    </w:p>
    <w:p w14:paraId="54C97941" w14:textId="0BAAFF25" w:rsidR="001F28D3" w:rsidRDefault="00A16CBD" w:rsidP="00995DF1">
      <w:pPr>
        <w:pStyle w:val="ListParagraph"/>
        <w:numPr>
          <w:ilvl w:val="0"/>
          <w:numId w:val="14"/>
        </w:numPr>
      </w:pPr>
      <w:r>
        <w:lastRenderedPageBreak/>
        <w:t>This summary, plus receipts associated with the development activity, must accompany the reimbursement request.</w:t>
      </w:r>
    </w:p>
    <w:p w14:paraId="571AC919" w14:textId="77777777" w:rsidR="0023413C" w:rsidRDefault="0023413C" w:rsidP="00A16CBD">
      <w:pPr>
        <w:pStyle w:val="ListParagraph"/>
      </w:pPr>
    </w:p>
    <w:p w14:paraId="0B0E5790" w14:textId="51C877A9" w:rsidR="0023413C" w:rsidRDefault="0023413C" w:rsidP="0023413C">
      <w:pPr>
        <w:pStyle w:val="Heading3"/>
      </w:pPr>
      <w:r>
        <w:t>Eligibility</w:t>
      </w:r>
    </w:p>
    <w:p w14:paraId="231EC93F" w14:textId="06EFE0A3" w:rsidR="0023413C" w:rsidRDefault="0023413C" w:rsidP="0023413C">
      <w:r>
        <w:t>Applicants are eligible for funding one time per academic year.</w:t>
      </w:r>
      <w:r w:rsidR="00945FC8">
        <w:t xml:space="preserve">  The funding must be approved before the activity occurs</w:t>
      </w:r>
      <w:r w:rsidR="008D6BB3">
        <w:t>,</w:t>
      </w:r>
      <w:r w:rsidR="00945FC8">
        <w:t xml:space="preserve"> and the activity must take place within the academic year of the applicant’s contract.</w:t>
      </w:r>
    </w:p>
    <w:p w14:paraId="503DA3FB" w14:textId="43BD966B" w:rsidR="001F28D3" w:rsidRPr="0023413C" w:rsidRDefault="00682C61" w:rsidP="0023413C">
      <w:pPr>
        <w:pStyle w:val="Heading3"/>
        <w:rPr>
          <w:b w:val="0"/>
          <w:bCs w:val="0"/>
        </w:rPr>
      </w:pPr>
      <w:r w:rsidRPr="0023413C">
        <w:rPr>
          <w:rStyle w:val="Heading3Char"/>
          <w:b/>
          <w:bCs/>
        </w:rPr>
        <w:t>Grant Options</w:t>
      </w:r>
    </w:p>
    <w:p w14:paraId="67C8A734" w14:textId="4D5ED37E" w:rsidR="001F28D3" w:rsidRDefault="00682C61" w:rsidP="00A16CBD">
      <w:pPr>
        <w:pStyle w:val="ListParagraph"/>
        <w:numPr>
          <w:ilvl w:val="0"/>
          <w:numId w:val="11"/>
        </w:numPr>
        <w:spacing w:after="120"/>
        <w:contextualSpacing w:val="0"/>
      </w:pPr>
      <w:r>
        <w:t>Specialized Training- must be professional in nature and must involve active participation by the applicant. $150.00</w:t>
      </w:r>
    </w:p>
    <w:p w14:paraId="17C3599F" w14:textId="04ECBE52" w:rsidR="001F28D3" w:rsidRDefault="00682C61" w:rsidP="00A16CBD">
      <w:pPr>
        <w:pStyle w:val="ListParagraph"/>
        <w:numPr>
          <w:ilvl w:val="0"/>
          <w:numId w:val="11"/>
        </w:numPr>
        <w:spacing w:after="120"/>
        <w:contextualSpacing w:val="0"/>
      </w:pPr>
      <w:r>
        <w:t>Discipline Specific Conference P</w:t>
      </w:r>
      <w:r w:rsidR="00D768C7">
        <w:t>resentation</w:t>
      </w:r>
      <w:r>
        <w:t>- must have acceptance notification of approval to participate in conference and must be related to the applicant’s discipline. $300.00</w:t>
      </w:r>
    </w:p>
    <w:p w14:paraId="3C51F989" w14:textId="6686814B" w:rsidR="001F28D3" w:rsidRDefault="00682C61" w:rsidP="00A16CBD">
      <w:pPr>
        <w:pStyle w:val="ListParagraph"/>
        <w:numPr>
          <w:ilvl w:val="0"/>
          <w:numId w:val="11"/>
        </w:numPr>
        <w:spacing w:after="120"/>
        <w:contextualSpacing w:val="0"/>
      </w:pPr>
      <w:r>
        <w:t>Discipline Specific Conference Attendance- must be related to the applicant’s discipline. $150.00</w:t>
      </w:r>
    </w:p>
    <w:p w14:paraId="2FDECF44" w14:textId="42A5C02B" w:rsidR="001F28D3" w:rsidRDefault="00682C61" w:rsidP="00A16CBD">
      <w:pPr>
        <w:pStyle w:val="ListParagraph"/>
        <w:numPr>
          <w:ilvl w:val="0"/>
          <w:numId w:val="11"/>
        </w:numPr>
        <w:spacing w:after="120"/>
        <w:contextualSpacing w:val="0"/>
      </w:pPr>
      <w:r>
        <w:t>Teaching and Learning Conference P</w:t>
      </w:r>
      <w:r w:rsidR="00D768C7">
        <w:t>resentation</w:t>
      </w:r>
      <w:r>
        <w:t>- must have acceptance notification of approval to participate in conference. $300.00</w:t>
      </w:r>
    </w:p>
    <w:p w14:paraId="4C8E98C7" w14:textId="36AA4688" w:rsidR="001F28D3" w:rsidRDefault="00682C61" w:rsidP="00A16CBD">
      <w:pPr>
        <w:pStyle w:val="ListParagraph"/>
        <w:numPr>
          <w:ilvl w:val="0"/>
          <w:numId w:val="11"/>
        </w:numPr>
        <w:spacing w:after="360"/>
        <w:contextualSpacing w:val="0"/>
      </w:pPr>
      <w:r>
        <w:t>Teaching and Learning Conference Attendance- $150.00</w:t>
      </w:r>
    </w:p>
    <w:p w14:paraId="17C0715F" w14:textId="77777777" w:rsidR="007E35A8" w:rsidRDefault="007E35A8">
      <w:pPr>
        <w:rPr>
          <w:rFonts w:ascii="Montserrat" w:eastAsiaTheme="majorEastAsia" w:hAnsi="Montserrat" w:cstheme="majorBidi"/>
          <w:b/>
          <w:bCs/>
          <w:sz w:val="24"/>
          <w:szCs w:val="26"/>
        </w:rPr>
      </w:pPr>
      <w:r>
        <w:br w:type="page"/>
      </w:r>
    </w:p>
    <w:p w14:paraId="180F2E59" w14:textId="7E5ED93A" w:rsidR="001F28D3" w:rsidRPr="00AD3BAA" w:rsidRDefault="00B47FB6" w:rsidP="00AD3BAA">
      <w:pPr>
        <w:pStyle w:val="Heading2"/>
      </w:pPr>
      <w:r w:rsidRPr="00AD3BAA">
        <w:lastRenderedPageBreak/>
        <w:t>Application for Adjunct Faculty Professional Development Funds</w:t>
      </w:r>
    </w:p>
    <w:p w14:paraId="1E2E557E" w14:textId="2D7637F8" w:rsidR="0065396D" w:rsidRDefault="0065396D" w:rsidP="00B47FB6">
      <w:r>
        <w:t>Submit your completed application to The Center for Excellence in Teaching and Learning, Zahnow 231.</w:t>
      </w:r>
    </w:p>
    <w:p w14:paraId="30ED2507" w14:textId="7EC46974" w:rsidR="00B47FB6" w:rsidRPr="00B47FB6" w:rsidRDefault="00B47FB6" w:rsidP="00B47FB6">
      <w:pPr>
        <w:rPr>
          <w:color w:val="00B050"/>
        </w:rPr>
      </w:pPr>
      <w:r>
        <w:t>Today’s Date</w:t>
      </w:r>
      <w:r w:rsidR="007E35A8">
        <w:t xml:space="preserve"> </w:t>
      </w:r>
      <w:sdt>
        <w:sdtPr>
          <w:alias w:val="today's date"/>
          <w:tag w:val="today's date"/>
          <w:id w:val="-565100509"/>
          <w:placeholder>
            <w:docPart w:val="D28D4BFA74AD46EB929FBAA44C87221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E35A8" w:rsidRPr="00043E3E">
            <w:rPr>
              <w:rStyle w:val="PlaceholderText"/>
            </w:rPr>
            <w:t>Click or tap to enter a date.</w:t>
          </w:r>
        </w:sdtContent>
      </w:sdt>
    </w:p>
    <w:p w14:paraId="14B25B35" w14:textId="22170EA6" w:rsidR="00B47FB6" w:rsidRDefault="00B47FB6" w:rsidP="00B47FB6">
      <w:r>
        <w:t>Name</w:t>
      </w:r>
      <w:r w:rsidR="007E35A8">
        <w:t xml:space="preserve">  </w:t>
      </w:r>
      <w:sdt>
        <w:sdtPr>
          <w:alias w:val="Your name"/>
          <w:tag w:val="Your name"/>
          <w:id w:val="-690062983"/>
          <w:placeholder>
            <w:docPart w:val="7C06DAD2BF3945BB8E8D01BF145B98EA"/>
          </w:placeholder>
          <w:showingPlcHdr/>
          <w:text/>
        </w:sdtPr>
        <w:sdtEndPr/>
        <w:sdtContent>
          <w:r w:rsidR="007E35A8" w:rsidRPr="00043E3E">
            <w:rPr>
              <w:rStyle w:val="PlaceholderText"/>
            </w:rPr>
            <w:t>Click or tap here to enter text.</w:t>
          </w:r>
        </w:sdtContent>
      </w:sdt>
    </w:p>
    <w:p w14:paraId="1961B5AE" w14:textId="7BF213A6" w:rsidR="00B47FB6" w:rsidRDefault="00B47FB6" w:rsidP="00B47FB6">
      <w:r>
        <w:t>Department</w:t>
      </w:r>
      <w:r w:rsidR="007E35A8">
        <w:t xml:space="preserve">   </w:t>
      </w:r>
      <w:sdt>
        <w:sdtPr>
          <w:alias w:val="department you teach for"/>
          <w:tag w:val="department you teach for"/>
          <w:id w:val="2030834517"/>
          <w:placeholder>
            <w:docPart w:val="8AF391AA691E41AEB217321162478DB9"/>
          </w:placeholder>
          <w:showingPlcHdr/>
          <w:text/>
        </w:sdtPr>
        <w:sdtEndPr/>
        <w:sdtContent>
          <w:r w:rsidR="007E35A8" w:rsidRPr="00043E3E">
            <w:rPr>
              <w:rStyle w:val="PlaceholderText"/>
            </w:rPr>
            <w:t>Click or tap here to enter text.</w:t>
          </w:r>
        </w:sdtContent>
      </w:sdt>
    </w:p>
    <w:p w14:paraId="1C870B84" w14:textId="0E5F08A7" w:rsidR="00F035B7" w:rsidRDefault="00F035B7" w:rsidP="00B47FB6">
      <w:r>
        <w:t>Courses taught during this academic year</w:t>
      </w:r>
      <w:r w:rsidR="007F7826">
        <w:t xml:space="preserve">  </w:t>
      </w:r>
      <w:sdt>
        <w:sdtPr>
          <w:alias w:val="courses taught this academic year"/>
          <w:tag w:val="courses taught this academic year"/>
          <w:id w:val="1470638529"/>
          <w:placeholder>
            <w:docPart w:val="7944D1BA256640DFA26A8D4B2986C29E"/>
          </w:placeholder>
          <w:showingPlcHdr/>
          <w:text w:multiLine="1"/>
        </w:sdtPr>
        <w:sdtEndPr/>
        <w:sdtContent>
          <w:r w:rsidR="007F7826" w:rsidRPr="00043E3E">
            <w:rPr>
              <w:rStyle w:val="PlaceholderText"/>
            </w:rPr>
            <w:t>Click or tap here to enter text.</w:t>
          </w:r>
        </w:sdtContent>
      </w:sdt>
    </w:p>
    <w:p w14:paraId="54839B3E" w14:textId="07B1C510" w:rsidR="00B47FB6" w:rsidRDefault="00B47FB6" w:rsidP="00B47FB6">
      <w:r>
        <w:t>Title of Activity</w:t>
      </w:r>
      <w:r w:rsidR="007F7826">
        <w:t xml:space="preserve">  </w:t>
      </w:r>
      <w:sdt>
        <w:sdtPr>
          <w:id w:val="-1725743381"/>
          <w:placeholder>
            <w:docPart w:val="54CBF89073FD44528AB01484F732C66D"/>
          </w:placeholder>
          <w:showingPlcHdr/>
          <w:text/>
        </w:sdtPr>
        <w:sdtEndPr/>
        <w:sdtContent>
          <w:r w:rsidR="007F7826" w:rsidRPr="00043E3E">
            <w:rPr>
              <w:rStyle w:val="PlaceholderText"/>
            </w:rPr>
            <w:t>Click or tap here to enter text.</w:t>
          </w:r>
        </w:sdtContent>
      </w:sdt>
    </w:p>
    <w:p w14:paraId="6F461497" w14:textId="77777777" w:rsidR="007F7826" w:rsidRDefault="00B47FB6" w:rsidP="00B47FB6">
      <w:r>
        <w:t>Date(s) of Activity</w:t>
      </w:r>
      <w:r w:rsidR="007F7826">
        <w:t xml:space="preserve"> </w:t>
      </w:r>
    </w:p>
    <w:p w14:paraId="57E77ADB" w14:textId="55DF36CC" w:rsidR="00B47FB6" w:rsidRDefault="007F7826" w:rsidP="007F7826">
      <w:pPr>
        <w:pStyle w:val="ListParagraph"/>
        <w:numPr>
          <w:ilvl w:val="0"/>
          <w:numId w:val="16"/>
        </w:numPr>
      </w:pPr>
      <w:r>
        <w:t xml:space="preserve">Start:   </w:t>
      </w:r>
      <w:sdt>
        <w:sdtPr>
          <w:alias w:val="Date activity begins"/>
          <w:tag w:val="Date activity begins"/>
          <w:id w:val="-411619982"/>
          <w:placeholder>
            <w:docPart w:val="3AF43992E69148A4A8CE346193B24FD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043E3E">
            <w:rPr>
              <w:rStyle w:val="PlaceholderText"/>
            </w:rPr>
            <w:t>Click or tap to enter a date.</w:t>
          </w:r>
        </w:sdtContent>
      </w:sdt>
    </w:p>
    <w:p w14:paraId="5B26FEB8" w14:textId="3B95300D" w:rsidR="007F7826" w:rsidRDefault="007F7826" w:rsidP="007F7826">
      <w:pPr>
        <w:pStyle w:val="ListParagraph"/>
        <w:numPr>
          <w:ilvl w:val="0"/>
          <w:numId w:val="16"/>
        </w:numPr>
      </w:pPr>
      <w:r>
        <w:t xml:space="preserve">End: </w:t>
      </w:r>
      <w:sdt>
        <w:sdtPr>
          <w:alias w:val="Date activity ends"/>
          <w:tag w:val="Date activity ends"/>
          <w:id w:val="1569452738"/>
          <w:placeholder>
            <w:docPart w:val="96F552040A85427598BA6F2789FB8DA9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043E3E">
            <w:rPr>
              <w:rStyle w:val="PlaceholderText"/>
            </w:rPr>
            <w:t>Click or tap to enter a date.</w:t>
          </w:r>
        </w:sdtContent>
      </w:sdt>
    </w:p>
    <w:p w14:paraId="6660FB86" w14:textId="19315FFD" w:rsidR="00B47FB6" w:rsidRDefault="00B47FB6" w:rsidP="00B47FB6">
      <w:r>
        <w:t>Location of Activity</w:t>
      </w:r>
      <w:r w:rsidR="007F7826">
        <w:t xml:space="preserve">  </w:t>
      </w:r>
      <w:sdt>
        <w:sdtPr>
          <w:alias w:val="location of activity"/>
          <w:tag w:val="location of activity"/>
          <w:id w:val="-1420548828"/>
          <w:placeholder>
            <w:docPart w:val="FF6C3A9E03054636A7BFE81F92BB40D0"/>
          </w:placeholder>
          <w:showingPlcHdr/>
          <w:text/>
        </w:sdtPr>
        <w:sdtEndPr/>
        <w:sdtContent>
          <w:r w:rsidR="007F7826" w:rsidRPr="00043E3E">
            <w:rPr>
              <w:rStyle w:val="PlaceholderText"/>
            </w:rPr>
            <w:t>Click or tap here to enter text.</w:t>
          </w:r>
        </w:sdtContent>
      </w:sdt>
    </w:p>
    <w:p w14:paraId="5DECAC18" w14:textId="65257FDB" w:rsidR="00335B30" w:rsidRDefault="0023413C" w:rsidP="00335B30">
      <w:pPr>
        <w:pStyle w:val="Heading3"/>
      </w:pPr>
      <w:r>
        <w:t>Descr</w:t>
      </w:r>
      <w:r w:rsidR="00C56BA8">
        <w:t>iption of</w:t>
      </w:r>
      <w:r>
        <w:t xml:space="preserve"> the workshop/training or conference </w:t>
      </w:r>
      <w:r w:rsidR="00C56BA8">
        <w:t>activity</w:t>
      </w:r>
    </w:p>
    <w:p w14:paraId="67E416F4" w14:textId="5704603B" w:rsidR="0023413C" w:rsidRDefault="00C56BA8" w:rsidP="0023413C">
      <w:r>
        <w:t>Include, for example, information about your conference presentation, sessions you plan to attend, or content of the proposed training.</w:t>
      </w:r>
    </w:p>
    <w:sdt>
      <w:sdtPr>
        <w:alias w:val="description of activity"/>
        <w:tag w:val="description of activity"/>
        <w:id w:val="2041476035"/>
        <w:placeholder>
          <w:docPart w:val="7D7D5147684C4E9F9219F4D25FB070DD"/>
        </w:placeholder>
        <w:showingPlcHdr/>
        <w:text w:multiLine="1"/>
      </w:sdtPr>
      <w:sdtEndPr/>
      <w:sdtContent>
        <w:p w14:paraId="0E6E0840" w14:textId="70A7C054" w:rsidR="007F7826" w:rsidRDefault="00D226BD" w:rsidP="0023413C">
          <w:r w:rsidRPr="00043E3E">
            <w:rPr>
              <w:rStyle w:val="PlaceholderText"/>
            </w:rPr>
            <w:t>Click or tap here to enter text.</w:t>
          </w:r>
        </w:p>
      </w:sdtContent>
    </w:sdt>
    <w:p w14:paraId="3AEF6459" w14:textId="4465BF58" w:rsidR="001F28D3" w:rsidRDefault="00335B30" w:rsidP="00335B30">
      <w:pPr>
        <w:pStyle w:val="Heading3"/>
      </w:pPr>
      <w:r>
        <w:t>Justification and Purpose of the Professional Development Activity</w:t>
      </w:r>
    </w:p>
    <w:p w14:paraId="2316BBCC" w14:textId="7FA1E9E1" w:rsidR="00335B30" w:rsidRDefault="00335B30">
      <w:r>
        <w:t>Explain how this</w:t>
      </w:r>
      <w:r w:rsidR="00D768C7">
        <w:t xml:space="preserve"> professional development</w:t>
      </w:r>
      <w:r>
        <w:t xml:space="preserve"> activity </w:t>
      </w:r>
      <w:r w:rsidR="00B170CA" w:rsidRPr="00B170CA">
        <w:t>enhance</w:t>
      </w:r>
      <w:r w:rsidR="00EB41A3">
        <w:t>s</w:t>
      </w:r>
      <w:r w:rsidR="00B170CA" w:rsidRPr="00B170CA">
        <w:t xml:space="preserve"> your teaching skills and instructional practices</w:t>
      </w:r>
      <w:r w:rsidR="00B170CA">
        <w:t>.</w:t>
      </w:r>
    </w:p>
    <w:sdt>
      <w:sdtPr>
        <w:alias w:val="justification and purpose of activity"/>
        <w:tag w:val="justification and purpose of activity"/>
        <w:id w:val="-1167090732"/>
        <w:placeholder>
          <w:docPart w:val="D8FE2948E5C14268AC0FA6E5CEC98953"/>
        </w:placeholder>
        <w:showingPlcHdr/>
        <w:text w:multiLine="1"/>
      </w:sdtPr>
      <w:sdtEndPr/>
      <w:sdtContent>
        <w:p w14:paraId="4C7A148E" w14:textId="319DB771" w:rsidR="007F7826" w:rsidRDefault="007F7826">
          <w:r w:rsidRPr="00043E3E">
            <w:rPr>
              <w:rStyle w:val="PlaceholderText"/>
            </w:rPr>
            <w:t>Click or tap here to enter text.</w:t>
          </w:r>
        </w:p>
      </w:sdtContent>
    </w:sdt>
    <w:p w14:paraId="78A5B005" w14:textId="4AAC27D6" w:rsidR="000F2C7B" w:rsidRDefault="000F2C7B" w:rsidP="000F2C7B">
      <w:pPr>
        <w:pStyle w:val="Heading3"/>
      </w:pPr>
      <w:r>
        <w:t>Documentation</w:t>
      </w:r>
    </w:p>
    <w:p w14:paraId="7AC1A77A" w14:textId="55ACDFA4" w:rsidR="000F2C7B" w:rsidRDefault="000F2C7B">
      <w:r>
        <w:t>Please attach</w:t>
      </w:r>
    </w:p>
    <w:p w14:paraId="00D97306" w14:textId="000B592F" w:rsidR="000F2C7B" w:rsidRDefault="000F2C7B" w:rsidP="000F2C7B">
      <w:pPr>
        <w:pStyle w:val="ListParagraph"/>
        <w:numPr>
          <w:ilvl w:val="0"/>
          <w:numId w:val="15"/>
        </w:numPr>
      </w:pPr>
      <w:r>
        <w:t>Proof of conference or training registration and/or conference participation acceptance</w:t>
      </w:r>
    </w:p>
    <w:p w14:paraId="4EF36B81" w14:textId="4E69096F" w:rsidR="000F2C7B" w:rsidRDefault="000F2C7B" w:rsidP="000F2C7B">
      <w:pPr>
        <w:pStyle w:val="ListParagraph"/>
        <w:numPr>
          <w:ilvl w:val="0"/>
          <w:numId w:val="15"/>
        </w:numPr>
      </w:pPr>
      <w:r>
        <w:t>a link to the event.</w:t>
      </w:r>
    </w:p>
    <w:p w14:paraId="697BD9DE" w14:textId="77777777" w:rsidR="007F7158" w:rsidRDefault="007F7158">
      <w:pPr>
        <w:rPr>
          <w:rFonts w:asciiTheme="majorHAnsi" w:eastAsiaTheme="majorEastAsia" w:hAnsiTheme="majorHAnsi" w:cstheme="majorBidi"/>
          <w:b/>
          <w:bCs/>
          <w:sz w:val="24"/>
        </w:rPr>
      </w:pPr>
      <w:r>
        <w:br w:type="page"/>
      </w:r>
    </w:p>
    <w:p w14:paraId="761A5F08" w14:textId="0AF80F9E" w:rsidR="001F28D3" w:rsidRDefault="00682C61" w:rsidP="00335B30">
      <w:pPr>
        <w:pStyle w:val="Heading3"/>
      </w:pPr>
      <w:r>
        <w:lastRenderedPageBreak/>
        <w:t>Agreement</w:t>
      </w:r>
    </w:p>
    <w:p w14:paraId="64B2BBF0" w14:textId="7DF6DE92" w:rsidR="00C354BF" w:rsidRDefault="00C354BF" w:rsidP="00C354BF">
      <w:r>
        <w:t>I agree to allow CETL to publicize my activity in their newsletter.</w:t>
      </w:r>
    </w:p>
    <w:p w14:paraId="7A29D695" w14:textId="79CCC4D8" w:rsidR="007B63B8" w:rsidRDefault="00C354BF">
      <w:r>
        <w:t>Applicant Signature</w:t>
      </w:r>
    </w:p>
    <w:sdt>
      <w:sdtPr>
        <w:alias w:val="Applicant Signature, type your name here"/>
        <w:tag w:val="type your name here"/>
        <w:id w:val="-142269332"/>
        <w:placeholder>
          <w:docPart w:val="239B6EC3B15C4981B468A4F5BC773371"/>
        </w:placeholder>
        <w:showingPlcHdr/>
        <w:text/>
      </w:sdtPr>
      <w:sdtContent>
        <w:p w14:paraId="703B17C0" w14:textId="45E8F814" w:rsidR="007B63B8" w:rsidRDefault="00EB41A3">
          <w:r w:rsidRPr="00043E3E">
            <w:rPr>
              <w:rStyle w:val="PlaceholderText"/>
            </w:rPr>
            <w:t>Click or tap here to enter text.</w:t>
          </w:r>
        </w:p>
      </w:sdtContent>
    </w:sdt>
    <w:p w14:paraId="1585AF3F" w14:textId="3AC45307" w:rsidR="00C354BF" w:rsidRDefault="007B63B8">
      <w:r>
        <w:t>D</w:t>
      </w:r>
      <w:r w:rsidR="00C354BF">
        <w:t xml:space="preserve">ate </w:t>
      </w:r>
      <w:sdt>
        <w:sdtPr>
          <w:alias w:val="date of applicant signature"/>
          <w:tag w:val="date of signature"/>
          <w:id w:val="-1789039337"/>
          <w:placeholder>
            <w:docPart w:val="E017073F6D55426FAB91C64435DE9E5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043E3E">
            <w:rPr>
              <w:rStyle w:val="PlaceholderText"/>
            </w:rPr>
            <w:t>Click or tap to enter a date.</w:t>
          </w:r>
        </w:sdtContent>
      </w:sdt>
    </w:p>
    <w:p w14:paraId="1F413AE2" w14:textId="159D251B" w:rsidR="001F28D3" w:rsidRDefault="00682C61">
      <w:r>
        <w:t>I have read the</w:t>
      </w:r>
      <w:r w:rsidR="00C354BF">
        <w:t xml:space="preserve"> application</w:t>
      </w:r>
      <w:r>
        <w:t xml:space="preserve"> guidelines for the Adjunct Faculty Professional Development Funds and agree to adhere to them in completion of this activity.</w:t>
      </w:r>
    </w:p>
    <w:p w14:paraId="7D6B7C87" w14:textId="1F95484C" w:rsidR="00B637AA" w:rsidRDefault="00682C61">
      <w:r>
        <w:t xml:space="preserve">Applicant Signature </w:t>
      </w:r>
    </w:p>
    <w:sdt>
      <w:sdtPr>
        <w:alias w:val="Applicant Signature, type your name here"/>
        <w:tag w:val="Applicant Signature"/>
        <w:id w:val="117970461"/>
        <w:placeholder>
          <w:docPart w:val="66902E6189474BD989BD070D3C83433F"/>
        </w:placeholder>
        <w:showingPlcHdr/>
        <w:text/>
      </w:sdtPr>
      <w:sdtContent>
        <w:p w14:paraId="5D20A48F" w14:textId="226F4E30" w:rsidR="00B637AA" w:rsidRDefault="00A61442">
          <w:r w:rsidRPr="00043E3E">
            <w:rPr>
              <w:rStyle w:val="PlaceholderText"/>
            </w:rPr>
            <w:t>Click or tap here to enter text.</w:t>
          </w:r>
        </w:p>
      </w:sdtContent>
    </w:sdt>
    <w:p w14:paraId="6A8BABB0" w14:textId="2F0327E8" w:rsidR="001F28D3" w:rsidRDefault="00682C61">
      <w:r>
        <w:t xml:space="preserve">Date </w:t>
      </w:r>
      <w:r w:rsidR="00B637AA">
        <w:t xml:space="preserve"> </w:t>
      </w:r>
      <w:sdt>
        <w:sdtPr>
          <w:alias w:val="date of applicant signature"/>
          <w:tag w:val="date of applicant signature"/>
          <w:id w:val="-1588837087"/>
          <w:placeholder>
            <w:docPart w:val="76B9031CC438481384E4A50C44669E2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637AA" w:rsidRPr="00043E3E">
            <w:rPr>
              <w:rStyle w:val="PlaceholderText"/>
            </w:rPr>
            <w:t>Click or tap to enter a date.</w:t>
          </w:r>
        </w:sdtContent>
      </w:sdt>
    </w:p>
    <w:p w14:paraId="0B4664EB" w14:textId="01A5CB03" w:rsidR="001F28D3" w:rsidRDefault="00682C61" w:rsidP="00B637AA">
      <w:pPr>
        <w:spacing w:before="1200" w:after="0"/>
      </w:pPr>
      <w:r>
        <w:t>Approval</w:t>
      </w:r>
    </w:p>
    <w:p w14:paraId="269A4704" w14:textId="0F08BCFB" w:rsidR="001F28D3" w:rsidRDefault="005D3109">
      <w:sdt>
        <w:sdtPr>
          <w:alias w:val="approved"/>
          <w:tag w:val="approved"/>
          <w:id w:val="-1125224834"/>
          <w14:checkbox>
            <w14:checked w14:val="0"/>
            <w14:checkedState w14:val="2713" w14:font="Aptos"/>
            <w14:uncheckedState w14:val="2610" w14:font="MS Gothic"/>
          </w14:checkbox>
        </w:sdtPr>
        <w:sdtEndPr/>
        <w:sdtContent>
          <w:r w:rsidR="00B637AA">
            <w:rPr>
              <w:rFonts w:ascii="MS Gothic" w:eastAsia="MS Gothic" w:hAnsi="MS Gothic" w:hint="eastAsia"/>
            </w:rPr>
            <w:t>☐</w:t>
          </w:r>
        </w:sdtContent>
      </w:sdt>
      <w:r w:rsidR="00682C61">
        <w:t>Approved</w:t>
      </w:r>
    </w:p>
    <w:p w14:paraId="1A383056" w14:textId="0B6375AB" w:rsidR="001F28D3" w:rsidRDefault="005D3109">
      <w:sdt>
        <w:sdtPr>
          <w:alias w:val="not approved"/>
          <w:tag w:val="not approved"/>
          <w:id w:val="1492057719"/>
          <w14:checkbox>
            <w14:checked w14:val="0"/>
            <w14:checkedState w14:val="2713" w14:font="Aptos"/>
            <w14:uncheckedState w14:val="2610" w14:font="MS Gothic"/>
          </w14:checkbox>
        </w:sdtPr>
        <w:sdtEndPr/>
        <w:sdtContent>
          <w:r w:rsidR="00B637AA">
            <w:rPr>
              <w:rFonts w:ascii="MS Gothic" w:eastAsia="MS Gothic" w:hAnsi="MS Gothic" w:hint="eastAsia"/>
            </w:rPr>
            <w:t>☐</w:t>
          </w:r>
        </w:sdtContent>
      </w:sdt>
      <w:r w:rsidR="00682C61">
        <w:t>Not Approved</w:t>
      </w:r>
    </w:p>
    <w:p w14:paraId="78A323F0" w14:textId="77777777" w:rsidR="001F28D3" w:rsidRDefault="00682C61">
      <w:r>
        <w:t>Rationale for decision (required)</w:t>
      </w:r>
    </w:p>
    <w:sdt>
      <w:sdtPr>
        <w:alias w:val="rationale for decision"/>
        <w:tag w:val="rationale for decision"/>
        <w:id w:val="931388702"/>
        <w:placeholder>
          <w:docPart w:val="533CE97F7E674217AD659F53DC4865B2"/>
        </w:placeholder>
        <w:showingPlcHdr/>
        <w:text w:multiLine="1"/>
      </w:sdtPr>
      <w:sdtEndPr/>
      <w:sdtContent>
        <w:p w14:paraId="25A6A015" w14:textId="18A99E1A" w:rsidR="001F28D3" w:rsidRDefault="00B637AA">
          <w:r w:rsidRPr="00043E3E">
            <w:rPr>
              <w:rStyle w:val="PlaceholderText"/>
            </w:rPr>
            <w:t>Click or tap here to enter text.</w:t>
          </w:r>
        </w:p>
      </w:sdtContent>
    </w:sdt>
    <w:p w14:paraId="0457FCB5" w14:textId="77777777" w:rsidR="001F28D3" w:rsidRDefault="00682C61">
      <w:r>
        <w:t>Signature, CETL Director</w:t>
      </w:r>
    </w:p>
    <w:sdt>
      <w:sdtPr>
        <w:alias w:val="CETL Director Signature"/>
        <w:tag w:val="CETL Director Signature"/>
        <w:id w:val="-1976984554"/>
        <w:placeholder>
          <w:docPart w:val="DefaultPlaceholder_-1854013440"/>
        </w:placeholder>
        <w:showingPlcHdr/>
        <w:text/>
      </w:sdtPr>
      <w:sdtContent>
        <w:p w14:paraId="48782056" w14:textId="23FA2ECC" w:rsidR="00B637AA" w:rsidRDefault="00A61442">
          <w:r w:rsidRPr="00043E3E">
            <w:rPr>
              <w:rStyle w:val="PlaceholderText"/>
            </w:rPr>
            <w:t>Click or tap here to enter text.</w:t>
          </w:r>
        </w:p>
      </w:sdtContent>
    </w:sdt>
    <w:p w14:paraId="547DC7D5" w14:textId="77777777" w:rsidR="000F2C7B" w:rsidRDefault="000F2C7B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14:paraId="3E864C46" w14:textId="772B558C" w:rsidR="001F28D3" w:rsidRPr="00AD3BAA" w:rsidRDefault="000F2C7B" w:rsidP="00AD3BAA">
      <w:pPr>
        <w:pStyle w:val="Heading2"/>
      </w:pPr>
      <w:r w:rsidRPr="00AD3BAA">
        <w:lastRenderedPageBreak/>
        <w:t>Final Report</w:t>
      </w:r>
    </w:p>
    <w:p w14:paraId="69795129" w14:textId="2F08F628" w:rsidR="0065396D" w:rsidRPr="0065396D" w:rsidRDefault="0065396D" w:rsidP="0065396D">
      <w:r>
        <w:t xml:space="preserve">Submit your completed final report to The Center for Excellence in Teaching and Learning, Zahnow </w:t>
      </w:r>
      <w:proofErr w:type="gramStart"/>
      <w:r>
        <w:t>231</w:t>
      </w:r>
      <w:proofErr w:type="gramEnd"/>
      <w:r w:rsidR="00EB432E">
        <w:t xml:space="preserve"> within 30 days of the event</w:t>
      </w:r>
      <w:r w:rsidR="00B67599">
        <w:t>’s completion</w:t>
      </w:r>
      <w:r>
        <w:t>.  Funds will not be disbursed until the final report is received and approved.</w:t>
      </w:r>
    </w:p>
    <w:p w14:paraId="271F7256" w14:textId="20F5232D" w:rsidR="00CE5726" w:rsidRDefault="00CE5726" w:rsidP="00CE5726">
      <w:pPr>
        <w:pStyle w:val="Heading3"/>
      </w:pPr>
      <w:r>
        <w:t>Summary</w:t>
      </w:r>
    </w:p>
    <w:p w14:paraId="6D127329" w14:textId="6D8DCDF5" w:rsidR="000F2C7B" w:rsidRDefault="000F2C7B">
      <w:r>
        <w:t>Please summarize the professional development activity</w:t>
      </w:r>
      <w:r w:rsidR="00CE5726">
        <w:t>, demonstrating</w:t>
      </w:r>
      <w:r>
        <w:t xml:space="preserve"> how your </w:t>
      </w:r>
      <w:r w:rsidR="00CE5726">
        <w:t>learning from sessions attended, presentation discussion and feedback, and/or the training content</w:t>
      </w:r>
      <w:r w:rsidR="00B170CA">
        <w:t xml:space="preserve"> enhanced</w:t>
      </w:r>
      <w:r w:rsidR="00CE5726">
        <w:t xml:space="preserve"> your teaching skills and practices. </w:t>
      </w:r>
    </w:p>
    <w:sdt>
      <w:sdtPr>
        <w:alias w:val="final summary of activity"/>
        <w:tag w:val="final summary of activity"/>
        <w:id w:val="1525752215"/>
        <w:placeholder>
          <w:docPart w:val="EEF8A6F55EF344DEAC2EAB07EC547362"/>
        </w:placeholder>
        <w:showingPlcHdr/>
        <w:text w:multiLine="1"/>
      </w:sdtPr>
      <w:sdtEndPr/>
      <w:sdtContent>
        <w:p w14:paraId="163684BA" w14:textId="720CB72C" w:rsidR="00B579D4" w:rsidRDefault="00B579D4">
          <w:r w:rsidRPr="00043E3E">
            <w:rPr>
              <w:rStyle w:val="PlaceholderText"/>
            </w:rPr>
            <w:t>Click or tap here to enter text.</w:t>
          </w:r>
        </w:p>
      </w:sdtContent>
    </w:sdt>
    <w:p w14:paraId="13A3F04F" w14:textId="21D54EF6" w:rsidR="00CE5726" w:rsidRDefault="00CE5726" w:rsidP="00CE5726">
      <w:pPr>
        <w:pStyle w:val="Heading3"/>
      </w:pPr>
      <w:r>
        <w:t>Attachments</w:t>
      </w:r>
    </w:p>
    <w:p w14:paraId="4E86B5FF" w14:textId="35A116A2" w:rsidR="00CE5726" w:rsidRDefault="00CE5726">
      <w:r>
        <w:t>Please attach any receipts</w:t>
      </w:r>
      <w:r w:rsidR="00C354BF">
        <w:t xml:space="preserve"> for expenses incurred</w:t>
      </w:r>
      <w:r>
        <w:t xml:space="preserve"> </w:t>
      </w:r>
      <w:r w:rsidR="00616163">
        <w:t>and</w:t>
      </w:r>
      <w:r>
        <w:t xml:space="preserve"> documentation, such as a certificate of training completion.</w:t>
      </w:r>
    </w:p>
    <w:p w14:paraId="63541B19" w14:textId="2CA07A81" w:rsidR="00AF38FF" w:rsidRPr="00A61442" w:rsidRDefault="00AF38FF" w:rsidP="004F19DE">
      <w:pPr>
        <w:spacing w:after="0"/>
      </w:pPr>
      <w:r w:rsidRPr="00A61442">
        <w:t xml:space="preserve">Applicant Signature  </w:t>
      </w:r>
    </w:p>
    <w:sdt>
      <w:sdtPr>
        <w:rPr>
          <w:lang w:val="fr-FR"/>
        </w:rPr>
        <w:alias w:val="Applicant Signature, type your name here"/>
        <w:tag w:val="Applicant Signature, type your name here"/>
        <w:id w:val="-19631312"/>
        <w:placeholder>
          <w:docPart w:val="DefaultPlaceholder_-1854013440"/>
        </w:placeholder>
        <w:showingPlcHdr/>
        <w:text/>
      </w:sdtPr>
      <w:sdtContent>
        <w:p w14:paraId="1869BDE2" w14:textId="28679048" w:rsidR="00AF38FF" w:rsidRPr="00A61442" w:rsidRDefault="00A61442">
          <w:r w:rsidRPr="00043E3E">
            <w:rPr>
              <w:rStyle w:val="PlaceholderText"/>
            </w:rPr>
            <w:t>Click or tap here to enter text.</w:t>
          </w:r>
        </w:p>
      </w:sdtContent>
    </w:sdt>
    <w:p w14:paraId="4D59BFE5" w14:textId="49FEC675" w:rsidR="00CE5726" w:rsidRPr="00B637AA" w:rsidRDefault="00CE5726">
      <w:r w:rsidRPr="00B637AA">
        <w:t>Date</w:t>
      </w:r>
      <w:r w:rsidR="00AF38FF" w:rsidRPr="00B637AA">
        <w:t xml:space="preserve">  </w:t>
      </w:r>
      <w:sdt>
        <w:sdtPr>
          <w:rPr>
            <w:lang w:val="fr-FR"/>
          </w:rPr>
          <w:id w:val="354242107"/>
          <w:placeholder>
            <w:docPart w:val="B527930FDE3546B0B4B76338F900ED8F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637AA" w:rsidRPr="00043E3E">
            <w:rPr>
              <w:rStyle w:val="PlaceholderText"/>
            </w:rPr>
            <w:t>Click or tap to enter a date.</w:t>
          </w:r>
        </w:sdtContent>
      </w:sdt>
    </w:p>
    <w:p w14:paraId="33815951" w14:textId="044C4BD3" w:rsidR="00CE5726" w:rsidRPr="00A61442" w:rsidRDefault="00CE5726" w:rsidP="004F19DE">
      <w:pPr>
        <w:spacing w:before="800" w:after="0"/>
      </w:pPr>
      <w:r w:rsidRPr="00A61442">
        <w:t>Signature, CETL Director</w:t>
      </w:r>
    </w:p>
    <w:sdt>
      <w:sdtPr>
        <w:rPr>
          <w:lang w:val="fr-FR"/>
        </w:rPr>
        <w:alias w:val="CETL Director Signature"/>
        <w:tag w:val="CETL Director Signature"/>
        <w:id w:val="965388559"/>
        <w:placeholder>
          <w:docPart w:val="DefaultPlaceholder_-1854013440"/>
        </w:placeholder>
        <w:showingPlcHdr/>
        <w:text/>
      </w:sdtPr>
      <w:sdtContent>
        <w:p w14:paraId="28F22DEA" w14:textId="7F7ECA27" w:rsidR="00AF38FF" w:rsidRPr="00A61442" w:rsidRDefault="00A61442">
          <w:r w:rsidRPr="00043E3E">
            <w:rPr>
              <w:rStyle w:val="PlaceholderText"/>
            </w:rPr>
            <w:t>Click or tap here to enter text.</w:t>
          </w:r>
        </w:p>
      </w:sdtContent>
    </w:sdt>
    <w:p w14:paraId="055ABCCF" w14:textId="4974ACE2" w:rsidR="00B637AA" w:rsidRPr="00B637AA" w:rsidRDefault="00B637AA">
      <w:r w:rsidRPr="00B637AA">
        <w:t xml:space="preserve">Date </w:t>
      </w:r>
      <w:sdt>
        <w:sdtPr>
          <w:rPr>
            <w:lang w:val="fr-FR"/>
          </w:rPr>
          <w:id w:val="892939566"/>
          <w:placeholder>
            <w:docPart w:val="977E26430799412EA3AA5C19AA5813E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043E3E">
            <w:rPr>
              <w:rStyle w:val="PlaceholderText"/>
            </w:rPr>
            <w:t>Click or tap to enter a date.</w:t>
          </w:r>
        </w:sdtContent>
      </w:sdt>
    </w:p>
    <w:sectPr w:rsidR="00B637AA" w:rsidRPr="00B637AA" w:rsidSect="00034616"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BDD95" w14:textId="77777777" w:rsidR="005D3109" w:rsidRDefault="005D3109" w:rsidP="00783CC4">
      <w:pPr>
        <w:spacing w:after="0" w:line="240" w:lineRule="auto"/>
      </w:pPr>
      <w:r>
        <w:separator/>
      </w:r>
    </w:p>
  </w:endnote>
  <w:endnote w:type="continuationSeparator" w:id="0">
    <w:p w14:paraId="1DFB1E5A" w14:textId="77777777" w:rsidR="005D3109" w:rsidRDefault="005D3109" w:rsidP="00783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 Black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1762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73880F" w14:textId="03167115" w:rsidR="00783CC4" w:rsidRDefault="00783CC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7BBEAB" w14:textId="77777777" w:rsidR="00783CC4" w:rsidRDefault="00783C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A1672" w14:textId="77777777" w:rsidR="005D3109" w:rsidRDefault="005D3109" w:rsidP="00783CC4">
      <w:pPr>
        <w:spacing w:after="0" w:line="240" w:lineRule="auto"/>
      </w:pPr>
      <w:r>
        <w:separator/>
      </w:r>
    </w:p>
  </w:footnote>
  <w:footnote w:type="continuationSeparator" w:id="0">
    <w:p w14:paraId="42634B22" w14:textId="77777777" w:rsidR="005D3109" w:rsidRDefault="005D3109" w:rsidP="00783C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8204BF"/>
    <w:multiLevelType w:val="hybridMultilevel"/>
    <w:tmpl w:val="C4547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3E4DDE"/>
    <w:multiLevelType w:val="hybridMultilevel"/>
    <w:tmpl w:val="09706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DF3D8D"/>
    <w:multiLevelType w:val="hybridMultilevel"/>
    <w:tmpl w:val="2126008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2" w15:restartNumberingAfterBreak="0">
    <w:nsid w:val="258358F4"/>
    <w:multiLevelType w:val="hybridMultilevel"/>
    <w:tmpl w:val="977AC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395CA1"/>
    <w:multiLevelType w:val="hybridMultilevel"/>
    <w:tmpl w:val="1C765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98596B"/>
    <w:multiLevelType w:val="hybridMultilevel"/>
    <w:tmpl w:val="46EAD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2A3D0A"/>
    <w:multiLevelType w:val="hybridMultilevel"/>
    <w:tmpl w:val="E068827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 w16cid:durableId="3410421">
    <w:abstractNumId w:val="8"/>
  </w:num>
  <w:num w:numId="2" w16cid:durableId="1108619396">
    <w:abstractNumId w:val="6"/>
  </w:num>
  <w:num w:numId="3" w16cid:durableId="79527174">
    <w:abstractNumId w:val="5"/>
  </w:num>
  <w:num w:numId="4" w16cid:durableId="1944654447">
    <w:abstractNumId w:val="4"/>
  </w:num>
  <w:num w:numId="5" w16cid:durableId="2091147646">
    <w:abstractNumId w:val="7"/>
  </w:num>
  <w:num w:numId="6" w16cid:durableId="1156342682">
    <w:abstractNumId w:val="3"/>
  </w:num>
  <w:num w:numId="7" w16cid:durableId="893126553">
    <w:abstractNumId w:val="2"/>
  </w:num>
  <w:num w:numId="8" w16cid:durableId="1356494727">
    <w:abstractNumId w:val="1"/>
  </w:num>
  <w:num w:numId="9" w16cid:durableId="1958441337">
    <w:abstractNumId w:val="0"/>
  </w:num>
  <w:num w:numId="10" w16cid:durableId="170527971">
    <w:abstractNumId w:val="13"/>
  </w:num>
  <w:num w:numId="11" w16cid:durableId="972446379">
    <w:abstractNumId w:val="10"/>
  </w:num>
  <w:num w:numId="12" w16cid:durableId="51974417">
    <w:abstractNumId w:val="9"/>
  </w:num>
  <w:num w:numId="13" w16cid:durableId="954479876">
    <w:abstractNumId w:val="11"/>
  </w:num>
  <w:num w:numId="14" w16cid:durableId="2056806422">
    <w:abstractNumId w:val="15"/>
  </w:num>
  <w:num w:numId="15" w16cid:durableId="1601832096">
    <w:abstractNumId w:val="12"/>
  </w:num>
  <w:num w:numId="16" w16cid:durableId="18731044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5B9F"/>
    <w:rsid w:val="000D6257"/>
    <w:rsid w:val="000F2C7B"/>
    <w:rsid w:val="0015074B"/>
    <w:rsid w:val="00154C98"/>
    <w:rsid w:val="001F28D3"/>
    <w:rsid w:val="0023413C"/>
    <w:rsid w:val="0029639D"/>
    <w:rsid w:val="002E0027"/>
    <w:rsid w:val="00326F90"/>
    <w:rsid w:val="00335B30"/>
    <w:rsid w:val="00386D20"/>
    <w:rsid w:val="004F19DE"/>
    <w:rsid w:val="00571581"/>
    <w:rsid w:val="00575652"/>
    <w:rsid w:val="00586BF7"/>
    <w:rsid w:val="005939B3"/>
    <w:rsid w:val="005A7BF7"/>
    <w:rsid w:val="005D3109"/>
    <w:rsid w:val="00616163"/>
    <w:rsid w:val="00632ED9"/>
    <w:rsid w:val="00642E4C"/>
    <w:rsid w:val="0065396D"/>
    <w:rsid w:val="00682C61"/>
    <w:rsid w:val="00724059"/>
    <w:rsid w:val="00783CC4"/>
    <w:rsid w:val="007A4103"/>
    <w:rsid w:val="007B63B8"/>
    <w:rsid w:val="007E35A8"/>
    <w:rsid w:val="007F7158"/>
    <w:rsid w:val="007F7826"/>
    <w:rsid w:val="0086268D"/>
    <w:rsid w:val="008742CE"/>
    <w:rsid w:val="008B1E44"/>
    <w:rsid w:val="008D6BB3"/>
    <w:rsid w:val="00940C2F"/>
    <w:rsid w:val="009417B1"/>
    <w:rsid w:val="00945FC8"/>
    <w:rsid w:val="00994761"/>
    <w:rsid w:val="00995DF1"/>
    <w:rsid w:val="009C3DF6"/>
    <w:rsid w:val="009E0B79"/>
    <w:rsid w:val="00A16CBD"/>
    <w:rsid w:val="00A42C8B"/>
    <w:rsid w:val="00A43B99"/>
    <w:rsid w:val="00A61442"/>
    <w:rsid w:val="00A94B11"/>
    <w:rsid w:val="00AA1D8D"/>
    <w:rsid w:val="00AD3BAA"/>
    <w:rsid w:val="00AF207E"/>
    <w:rsid w:val="00AF38FF"/>
    <w:rsid w:val="00B00815"/>
    <w:rsid w:val="00B170CA"/>
    <w:rsid w:val="00B47730"/>
    <w:rsid w:val="00B47FB6"/>
    <w:rsid w:val="00B579D4"/>
    <w:rsid w:val="00B637AA"/>
    <w:rsid w:val="00B67599"/>
    <w:rsid w:val="00B76DFB"/>
    <w:rsid w:val="00B80653"/>
    <w:rsid w:val="00BE7FAA"/>
    <w:rsid w:val="00C354BF"/>
    <w:rsid w:val="00C46CD2"/>
    <w:rsid w:val="00C56BA8"/>
    <w:rsid w:val="00CB0664"/>
    <w:rsid w:val="00CE5726"/>
    <w:rsid w:val="00D226BD"/>
    <w:rsid w:val="00D768C7"/>
    <w:rsid w:val="00DE16E4"/>
    <w:rsid w:val="00DF4EC0"/>
    <w:rsid w:val="00EA2AEF"/>
    <w:rsid w:val="00EA52E1"/>
    <w:rsid w:val="00EB41A3"/>
    <w:rsid w:val="00EB432E"/>
    <w:rsid w:val="00ED1BDF"/>
    <w:rsid w:val="00F035B7"/>
    <w:rsid w:val="00F07909"/>
    <w:rsid w:val="00F64A66"/>
    <w:rsid w:val="00FA1AE1"/>
    <w:rsid w:val="00FA1CB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43F283"/>
  <w14:defaultImageDpi w14:val="300"/>
  <w15:docId w15:val="{CB92A5BF-3698-A34B-9CE6-556EB94D0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AD3BAA"/>
    <w:pPr>
      <w:keepNext/>
      <w:keepLines/>
      <w:spacing w:before="480" w:after="0"/>
      <w:jc w:val="center"/>
      <w:outlineLvl w:val="0"/>
    </w:pPr>
    <w:rPr>
      <w:rFonts w:ascii="Roboto Black" w:eastAsiaTheme="majorEastAsia" w:hAnsi="Roboto Black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35A8"/>
    <w:pPr>
      <w:keepNext/>
      <w:keepLines/>
      <w:spacing w:before="200" w:after="0"/>
      <w:outlineLvl w:val="1"/>
    </w:pPr>
    <w:rPr>
      <w:rFonts w:ascii="Montserrat" w:eastAsiaTheme="majorEastAsia" w:hAnsi="Montserrat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35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D3BAA"/>
    <w:rPr>
      <w:rFonts w:ascii="Roboto Black" w:eastAsiaTheme="majorEastAsia" w:hAnsi="Roboto Black" w:cstheme="majorBidi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E35A8"/>
    <w:rPr>
      <w:rFonts w:ascii="Montserrat" w:eastAsiaTheme="majorEastAsia" w:hAnsi="Montserrat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35A8"/>
    <w:rPr>
      <w:rFonts w:asciiTheme="majorHAnsi" w:eastAsiaTheme="majorEastAsia" w:hAnsiTheme="majorHAnsi" w:cstheme="majorBidi"/>
      <w:b/>
      <w:bCs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7E35A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372167-1BFC-4739-AB76-04E8D66A50F0}"/>
      </w:docPartPr>
      <w:docPartBody>
        <w:p w:rsidR="0054691A" w:rsidRDefault="000D4475">
          <w:r w:rsidRPr="00043E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8D4BFA74AD46EB929FBAA44C872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B7BBA-842B-407B-A883-B4AD4EBD98FE}"/>
      </w:docPartPr>
      <w:docPartBody>
        <w:p w:rsidR="00C52EAF" w:rsidRDefault="00345696" w:rsidP="00345696">
          <w:pPr>
            <w:pStyle w:val="D28D4BFA74AD46EB929FBAA44C872218"/>
          </w:pPr>
          <w:r w:rsidRPr="00043E3E">
            <w:rPr>
              <w:rStyle w:val="PlaceholderText"/>
            </w:rPr>
            <w:t>Click or tap to enter a date.</w:t>
          </w:r>
        </w:p>
      </w:docPartBody>
    </w:docPart>
    <w:docPart>
      <w:docPartPr>
        <w:name w:val="7C06DAD2BF3945BB8E8D01BF145B9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573BB-DC6A-4BD1-B614-01D325F1D1FE}"/>
      </w:docPartPr>
      <w:docPartBody>
        <w:p w:rsidR="00C52EAF" w:rsidRDefault="00345696" w:rsidP="00345696">
          <w:pPr>
            <w:pStyle w:val="7C06DAD2BF3945BB8E8D01BF145B98EA"/>
          </w:pPr>
          <w:r w:rsidRPr="00043E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F391AA691E41AEB217321162478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078FCC-E14C-49EB-9108-D0A81F32805D}"/>
      </w:docPartPr>
      <w:docPartBody>
        <w:p w:rsidR="00C52EAF" w:rsidRDefault="00345696" w:rsidP="00345696">
          <w:pPr>
            <w:pStyle w:val="8AF391AA691E41AEB217321162478DB9"/>
          </w:pPr>
          <w:r w:rsidRPr="00043E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44D1BA256640DFA26A8D4B2986C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7D0B3-80B5-4868-B30A-BF89FFC0A60C}"/>
      </w:docPartPr>
      <w:docPartBody>
        <w:p w:rsidR="00C52EAF" w:rsidRDefault="00345696" w:rsidP="00345696">
          <w:pPr>
            <w:pStyle w:val="7944D1BA256640DFA26A8D4B2986C29E"/>
          </w:pPr>
          <w:r w:rsidRPr="00043E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CBF89073FD44528AB01484F732C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C949F-4CC5-4887-9BD3-9748F5700C2D}"/>
      </w:docPartPr>
      <w:docPartBody>
        <w:p w:rsidR="00C52EAF" w:rsidRDefault="00345696" w:rsidP="00345696">
          <w:pPr>
            <w:pStyle w:val="54CBF89073FD44528AB01484F732C66D"/>
          </w:pPr>
          <w:r w:rsidRPr="00043E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F43992E69148A4A8CE346193B24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BBF61A-DEEB-497F-BFF2-34013854A487}"/>
      </w:docPartPr>
      <w:docPartBody>
        <w:p w:rsidR="00C52EAF" w:rsidRDefault="00345696" w:rsidP="00345696">
          <w:pPr>
            <w:pStyle w:val="3AF43992E69148A4A8CE346193B24FD2"/>
          </w:pPr>
          <w:r w:rsidRPr="00043E3E">
            <w:rPr>
              <w:rStyle w:val="PlaceholderText"/>
            </w:rPr>
            <w:t>Click or tap to enter a date.</w:t>
          </w:r>
        </w:p>
      </w:docPartBody>
    </w:docPart>
    <w:docPart>
      <w:docPartPr>
        <w:name w:val="96F552040A85427598BA6F2789FB8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9310F-0E5E-4D50-A1FF-4248EF4AB34A}"/>
      </w:docPartPr>
      <w:docPartBody>
        <w:p w:rsidR="00C52EAF" w:rsidRDefault="00345696" w:rsidP="00345696">
          <w:pPr>
            <w:pStyle w:val="96F552040A85427598BA6F2789FB8DA9"/>
          </w:pPr>
          <w:r w:rsidRPr="00043E3E">
            <w:rPr>
              <w:rStyle w:val="PlaceholderText"/>
            </w:rPr>
            <w:t>Click or tap to enter a date.</w:t>
          </w:r>
        </w:p>
      </w:docPartBody>
    </w:docPart>
    <w:docPart>
      <w:docPartPr>
        <w:name w:val="FF6C3A9E03054636A7BFE81F92BB4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4DE25-37C9-4185-A7FB-B4554C644389}"/>
      </w:docPartPr>
      <w:docPartBody>
        <w:p w:rsidR="00C52EAF" w:rsidRDefault="00345696" w:rsidP="00345696">
          <w:pPr>
            <w:pStyle w:val="FF6C3A9E03054636A7BFE81F92BB40D0"/>
          </w:pPr>
          <w:r w:rsidRPr="00043E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7D5147684C4E9F9219F4D25FB07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9B0CA-7B71-4D19-8F8E-11F47EC714C1}"/>
      </w:docPartPr>
      <w:docPartBody>
        <w:p w:rsidR="00C52EAF" w:rsidRDefault="00345696" w:rsidP="00345696">
          <w:pPr>
            <w:pStyle w:val="7D7D5147684C4E9F9219F4D25FB070DD"/>
          </w:pPr>
          <w:r w:rsidRPr="00043E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FE2948E5C14268AC0FA6E5CEC98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CED9D-F1C8-4495-BF05-49E2CBD667E7}"/>
      </w:docPartPr>
      <w:docPartBody>
        <w:p w:rsidR="00C52EAF" w:rsidRDefault="00345696" w:rsidP="00345696">
          <w:pPr>
            <w:pStyle w:val="D8FE2948E5C14268AC0FA6E5CEC98953"/>
          </w:pPr>
          <w:r w:rsidRPr="00043E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9B6EC3B15C4981B468A4F5BC773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10EBF-B755-4D4E-ABEA-DBE58E85F910}"/>
      </w:docPartPr>
      <w:docPartBody>
        <w:p w:rsidR="00C52EAF" w:rsidRDefault="00345696" w:rsidP="00345696">
          <w:pPr>
            <w:pStyle w:val="239B6EC3B15C4981B468A4F5BC773371"/>
          </w:pPr>
          <w:r w:rsidRPr="00043E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17073F6D55426FAB91C64435DE9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ADF7D-4D9F-4409-82FE-A924E7B1AC3D}"/>
      </w:docPartPr>
      <w:docPartBody>
        <w:p w:rsidR="00C52EAF" w:rsidRDefault="00345696" w:rsidP="00345696">
          <w:pPr>
            <w:pStyle w:val="E017073F6D55426FAB91C64435DE9E58"/>
          </w:pPr>
          <w:r w:rsidRPr="00043E3E">
            <w:rPr>
              <w:rStyle w:val="PlaceholderText"/>
            </w:rPr>
            <w:t>Click or tap to enter a date.</w:t>
          </w:r>
        </w:p>
      </w:docPartBody>
    </w:docPart>
    <w:docPart>
      <w:docPartPr>
        <w:name w:val="66902E6189474BD989BD070D3C834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E0C33-6C00-46BB-8713-5263C78C5557}"/>
      </w:docPartPr>
      <w:docPartBody>
        <w:p w:rsidR="00C52EAF" w:rsidRDefault="00345696" w:rsidP="00345696">
          <w:pPr>
            <w:pStyle w:val="66902E6189474BD989BD070D3C83433F"/>
          </w:pPr>
          <w:r w:rsidRPr="00043E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9031CC438481384E4A50C44669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89DB0A-2644-473F-8E56-2D670A54F043}"/>
      </w:docPartPr>
      <w:docPartBody>
        <w:p w:rsidR="00C52EAF" w:rsidRDefault="00345696" w:rsidP="00345696">
          <w:pPr>
            <w:pStyle w:val="76B9031CC438481384E4A50C44669E27"/>
          </w:pPr>
          <w:r w:rsidRPr="00043E3E">
            <w:rPr>
              <w:rStyle w:val="PlaceholderText"/>
            </w:rPr>
            <w:t>Click or tap to enter a date.</w:t>
          </w:r>
        </w:p>
      </w:docPartBody>
    </w:docPart>
    <w:docPart>
      <w:docPartPr>
        <w:name w:val="533CE97F7E674217AD659F53DC486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43AFA-D23E-4094-9C63-ECE7790DD89D}"/>
      </w:docPartPr>
      <w:docPartBody>
        <w:p w:rsidR="00C52EAF" w:rsidRDefault="00345696" w:rsidP="00345696">
          <w:pPr>
            <w:pStyle w:val="533CE97F7E674217AD659F53DC4865B2"/>
          </w:pPr>
          <w:r w:rsidRPr="00043E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F8A6F55EF344DEAC2EAB07EC5473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FE001-6707-4150-9F4D-DEABE7E4F2BA}"/>
      </w:docPartPr>
      <w:docPartBody>
        <w:p w:rsidR="00C52EAF" w:rsidRDefault="00345696" w:rsidP="00345696">
          <w:pPr>
            <w:pStyle w:val="EEF8A6F55EF344DEAC2EAB07EC547362"/>
          </w:pPr>
          <w:r w:rsidRPr="00043E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27930FDE3546B0B4B76338F900E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2496A-9349-4A9B-AFC2-C90A0D19FAC2}"/>
      </w:docPartPr>
      <w:docPartBody>
        <w:p w:rsidR="00C52EAF" w:rsidRDefault="00345696" w:rsidP="00345696">
          <w:pPr>
            <w:pStyle w:val="B527930FDE3546B0B4B76338F900ED8F"/>
          </w:pPr>
          <w:r w:rsidRPr="00043E3E">
            <w:rPr>
              <w:rStyle w:val="PlaceholderText"/>
            </w:rPr>
            <w:t>Click or tap to enter a date.</w:t>
          </w:r>
        </w:p>
      </w:docPartBody>
    </w:docPart>
    <w:docPart>
      <w:docPartPr>
        <w:name w:val="977E26430799412EA3AA5C19AA581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64268-0A3C-4650-A9BD-19BA186E1FB3}"/>
      </w:docPartPr>
      <w:docPartBody>
        <w:p w:rsidR="00C52EAF" w:rsidRDefault="00345696" w:rsidP="00345696">
          <w:pPr>
            <w:pStyle w:val="977E26430799412EA3AA5C19AA5813E3"/>
          </w:pPr>
          <w:r w:rsidRPr="00043E3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 Black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475"/>
    <w:rsid w:val="000D4475"/>
    <w:rsid w:val="00306285"/>
    <w:rsid w:val="00345696"/>
    <w:rsid w:val="0054691A"/>
    <w:rsid w:val="00571581"/>
    <w:rsid w:val="00724059"/>
    <w:rsid w:val="00C52EAF"/>
    <w:rsid w:val="00DE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45696"/>
    <w:rPr>
      <w:color w:val="666666"/>
    </w:rPr>
  </w:style>
  <w:style w:type="paragraph" w:customStyle="1" w:styleId="D28D4BFA74AD46EB929FBAA44C872218">
    <w:name w:val="D28D4BFA74AD46EB929FBAA44C872218"/>
    <w:rsid w:val="0034569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7C06DAD2BF3945BB8E8D01BF145B98EA">
    <w:name w:val="7C06DAD2BF3945BB8E8D01BF145B98EA"/>
    <w:rsid w:val="0034569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8AF391AA691E41AEB217321162478DB9">
    <w:name w:val="8AF391AA691E41AEB217321162478DB9"/>
    <w:rsid w:val="0034569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7944D1BA256640DFA26A8D4B2986C29E">
    <w:name w:val="7944D1BA256640DFA26A8D4B2986C29E"/>
    <w:rsid w:val="0034569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54CBF89073FD44528AB01484F732C66D">
    <w:name w:val="54CBF89073FD44528AB01484F732C66D"/>
    <w:rsid w:val="0034569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AF43992E69148A4A8CE346193B24FD2">
    <w:name w:val="3AF43992E69148A4A8CE346193B24FD2"/>
    <w:rsid w:val="00345696"/>
    <w:pPr>
      <w:spacing w:after="200" w:line="276" w:lineRule="auto"/>
      <w:ind w:left="720"/>
      <w:contextualSpacing/>
    </w:pPr>
    <w:rPr>
      <w:kern w:val="0"/>
      <w:sz w:val="22"/>
      <w:szCs w:val="22"/>
      <w14:ligatures w14:val="none"/>
    </w:rPr>
  </w:style>
  <w:style w:type="paragraph" w:customStyle="1" w:styleId="96F552040A85427598BA6F2789FB8DA9">
    <w:name w:val="96F552040A85427598BA6F2789FB8DA9"/>
    <w:rsid w:val="00345696"/>
    <w:pPr>
      <w:spacing w:after="200" w:line="276" w:lineRule="auto"/>
      <w:ind w:left="720"/>
      <w:contextualSpacing/>
    </w:pPr>
    <w:rPr>
      <w:kern w:val="0"/>
      <w:sz w:val="22"/>
      <w:szCs w:val="22"/>
      <w14:ligatures w14:val="none"/>
    </w:rPr>
  </w:style>
  <w:style w:type="paragraph" w:customStyle="1" w:styleId="FF6C3A9E03054636A7BFE81F92BB40D0">
    <w:name w:val="FF6C3A9E03054636A7BFE81F92BB40D0"/>
    <w:rsid w:val="0034569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7D7D5147684C4E9F9219F4D25FB070DD">
    <w:name w:val="7D7D5147684C4E9F9219F4D25FB070DD"/>
    <w:rsid w:val="0034569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D8FE2948E5C14268AC0FA6E5CEC98953">
    <w:name w:val="D8FE2948E5C14268AC0FA6E5CEC98953"/>
    <w:rsid w:val="0034569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239B6EC3B15C4981B468A4F5BC773371">
    <w:name w:val="239B6EC3B15C4981B468A4F5BC773371"/>
    <w:rsid w:val="0034569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E017073F6D55426FAB91C64435DE9E58">
    <w:name w:val="E017073F6D55426FAB91C64435DE9E58"/>
    <w:rsid w:val="0034569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66902E6189474BD989BD070D3C83433F">
    <w:name w:val="66902E6189474BD989BD070D3C83433F"/>
    <w:rsid w:val="0034569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76B9031CC438481384E4A50C44669E27">
    <w:name w:val="76B9031CC438481384E4A50C44669E27"/>
    <w:rsid w:val="0034569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533CE97F7E674217AD659F53DC4865B2">
    <w:name w:val="533CE97F7E674217AD659F53DC4865B2"/>
    <w:rsid w:val="0034569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EEF8A6F55EF344DEAC2EAB07EC547362">
    <w:name w:val="EEF8A6F55EF344DEAC2EAB07EC547362"/>
    <w:rsid w:val="0034569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527930FDE3546B0B4B76338F900ED8F">
    <w:name w:val="B527930FDE3546B0B4B76338F900ED8F"/>
    <w:rsid w:val="0034569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977E26430799412EA3AA5C19AA5813E3">
    <w:name w:val="977E26430799412EA3AA5C19AA5813E3"/>
    <w:rsid w:val="00345696"/>
    <w:pPr>
      <w:spacing w:after="200" w:line="276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173253F500E7489DFEB73E1935699D" ma:contentTypeVersion="20" ma:contentTypeDescription="Create a new document." ma:contentTypeScope="" ma:versionID="f81fa64cf0cdf3d33449d9fa58f06e42">
  <xsd:schema xmlns:xsd="http://www.w3.org/2001/XMLSchema" xmlns:xs="http://www.w3.org/2001/XMLSchema" xmlns:p="http://schemas.microsoft.com/office/2006/metadata/properties" xmlns:ns1="http://schemas.microsoft.com/sharepoint/v3" xmlns:ns2="f6a3db67-fa79-4b93-b084-e63ac8b0c686" xmlns:ns3="a2667dd0-7bdf-495e-b054-9a93a57b8d1d" targetNamespace="http://schemas.microsoft.com/office/2006/metadata/properties" ma:root="true" ma:fieldsID="33dcb489d5949480400b53b80c75e7cd" ns1:_="" ns2:_="" ns3:_="">
    <xsd:import namespace="http://schemas.microsoft.com/sharepoint/v3"/>
    <xsd:import namespace="f6a3db67-fa79-4b93-b084-e63ac8b0c686"/>
    <xsd:import namespace="a2667dd0-7bdf-495e-b054-9a93a57b8d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a3db67-fa79-4b93-b084-e63ac8b0c6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3807ace-3073-4533-bfe7-ced4593507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667dd0-7bdf-495e-b054-9a93a57b8d1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0406565-3f8d-41d7-95ef-38472dbc3c13}" ma:internalName="TaxCatchAll" ma:showField="CatchAllData" ma:web="a2667dd0-7bdf-495e-b054-9a93a57b8d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6a3db67-fa79-4b93-b084-e63ac8b0c686">
      <Terms xmlns="http://schemas.microsoft.com/office/infopath/2007/PartnerControls"/>
    </lcf76f155ced4ddcb4097134ff3c332f>
    <TaxCatchAll xmlns="a2667dd0-7bdf-495e-b054-9a93a57b8d1d" xsi:nil="true"/>
  </documentManagement>
</p:properties>
</file>

<file path=customXml/itemProps1.xml><?xml version="1.0" encoding="utf-8"?>
<ds:datastoreItem xmlns:ds="http://schemas.openxmlformats.org/officeDocument/2006/customXml" ds:itemID="{835EEF53-6476-4DB3-AF56-8BC95ADF8D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F29C44-0280-44F1-BC27-22D6DA055C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6a3db67-fa79-4b93-b084-e63ac8b0c686"/>
    <ds:schemaRef ds:uri="a2667dd0-7bdf-495e-b054-9a93a57b8d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D1CA04-AEFA-43D1-9CB6-EB324875C43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6a3db67-fa79-4b93-b084-e63ac8b0c686"/>
    <ds:schemaRef ds:uri="a2667dd0-7bdf-495e-b054-9a93a57b8d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5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K. Huebel</cp:lastModifiedBy>
  <cp:revision>9</cp:revision>
  <cp:lastPrinted>2026-04-09T14:59:00Z</cp:lastPrinted>
  <dcterms:created xsi:type="dcterms:W3CDTF">2026-04-09T14:52:00Z</dcterms:created>
  <dcterms:modified xsi:type="dcterms:W3CDTF">2026-04-10T12:36:00Z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0x0101007C173253F500E7489DFEB73E1935699D</vt:lpwstr>
  </property>
  <property fmtid="{D5CDD505-2E9C-101B-9397-08002B2CF9AE}" pid="3" name="MediaServiceImageTags">
    <vt:lpwstr/>
  </property>
</Properties>
</file>